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מָצְאוּ אֶת הַסַּכָּנָה בַּשְּׁכוּנָה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מסוכנות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הולכים ברחוב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זהירות בדרכים ליד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להסתכל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כשאדום להולכי רגל צריך לעצור ולחכות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לוודא שאין מכוניות מתקרבות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מצב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(מסוכן)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לחציית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את הכביש במעבר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חשוב שהתלמיד יזהה התנהגות מסוכנת ויציע פתרון בטוח כמו שימוש במעבר חציה או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לצדדים לפני 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הולכים על המדרכה ולא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הקסדה מגנה על הראש מפני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שבו ילדים מדגימים חציית כביש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ציורים כדי לחזק את הזיהוי של מצבים מסוכנים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התרגול להתנהגות בפועל בדרך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מָצְאוּ אֶת הַסַּכָּנָה בַּשְּׁכוּנָה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בשכונה יש הרבה מצבים שבהם צריך להיזהר, כמו חציית כביש או משחק ליד הדרך. בדף הזה נתרגל לזהות מה בטוח ומה מסוכן.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מעבר חציה  ·  מדרכה  ·  ימינה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בטוח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צריך לעשות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להסתכל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לעצום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הצבע ברמזור שאומר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כשהרמזור אדום להולכי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להסתכל לצדדים לפני חציית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צריך לחצות את הכביש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שחוצים כביש מסתכלים __________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הולכים ברגל על ה__________ ולא על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מצב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חוצים במעבר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משחקים באמצע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מסתכלים לצדדים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רוכבים בלי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 לחציית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את הכביש במעבר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ילד או ילדה שעושים משהו מסוכן ברחוב, וכתבו איך הם יכולים להיות בטוחים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הולכים ברגל ברחוב?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מָצְאוּ אֶת הַסַּכָּנָה בַּשְּׁכוּנָה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